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B2A29" w14:textId="77777777" w:rsidR="00FE5E15" w:rsidRDefault="00655235" w:rsidP="00655235">
      <w:pPr>
        <w:spacing w:after="0"/>
        <w:jc w:val="right"/>
        <w:rPr>
          <w:rFonts w:cs="Times New Roman"/>
          <w:b/>
          <w:bCs/>
          <w:lang w:val="it-IT"/>
        </w:rPr>
      </w:pPr>
      <w:r w:rsidRPr="00655235">
        <w:rPr>
          <w:rFonts w:cs="Times New Roman"/>
          <w:b/>
          <w:bCs/>
          <w:lang w:val="it-IT"/>
        </w:rPr>
        <w:t>ALLEGATO B</w:t>
      </w:r>
    </w:p>
    <w:p w14:paraId="4D1E8B63" w14:textId="279C6EC9" w:rsidR="00655235" w:rsidRPr="00655235" w:rsidRDefault="00655235" w:rsidP="00FE5E15">
      <w:pPr>
        <w:spacing w:after="0"/>
        <w:rPr>
          <w:rFonts w:cs="Times New Roman"/>
          <w:b/>
          <w:bCs/>
          <w:lang w:val="it-IT"/>
        </w:rPr>
      </w:pPr>
      <w:r w:rsidRPr="00655235">
        <w:rPr>
          <w:rFonts w:cs="Times New Roman"/>
          <w:b/>
          <w:bCs/>
          <w:lang w:val="it-IT"/>
        </w:rPr>
        <w:t xml:space="preserve"> DOMANDA DI ACCREDITAMENTO</w:t>
      </w:r>
    </w:p>
    <w:p w14:paraId="27D62FC8" w14:textId="77777777" w:rsidR="00655235" w:rsidRDefault="00655235" w:rsidP="00FE5E15">
      <w:pPr>
        <w:spacing w:after="0"/>
        <w:rPr>
          <w:rFonts w:cs="Times New Roman"/>
          <w:b/>
          <w:bCs/>
          <w:lang w:val="it-IT"/>
        </w:rPr>
      </w:pPr>
      <w:r w:rsidRPr="00655235">
        <w:rPr>
          <w:rFonts w:cs="Times New Roman"/>
          <w:b/>
          <w:bCs/>
          <w:lang w:val="it-IT"/>
        </w:rPr>
        <w:t>Servizio di Assistenza per l’Autonomia e la Comunicazione (AS.A.COM.)</w:t>
      </w:r>
    </w:p>
    <w:p w14:paraId="07560B6F" w14:textId="77777777" w:rsidR="00655235" w:rsidRPr="00655235" w:rsidRDefault="00655235" w:rsidP="00655235">
      <w:pPr>
        <w:spacing w:after="0"/>
        <w:jc w:val="center"/>
        <w:rPr>
          <w:rFonts w:cs="Times New Roman"/>
          <w:lang w:val="it-IT"/>
        </w:rPr>
      </w:pPr>
    </w:p>
    <w:p w14:paraId="5EF3C4D3" w14:textId="77777777" w:rsidR="00655235" w:rsidRPr="00655235" w:rsidRDefault="00655235" w:rsidP="00655235">
      <w:pPr>
        <w:spacing w:after="0"/>
        <w:jc w:val="right"/>
        <w:rPr>
          <w:rFonts w:cs="Times New Roman"/>
          <w:lang w:val="it-IT"/>
        </w:rPr>
      </w:pPr>
      <w:r w:rsidRPr="00655235">
        <w:rPr>
          <w:rFonts w:cs="Times New Roman"/>
          <w:b/>
          <w:bCs/>
          <w:lang w:val="it-IT"/>
        </w:rPr>
        <w:t>Spett.le Comune di Pachino</w:t>
      </w:r>
    </w:p>
    <w:p w14:paraId="48D2C332" w14:textId="77777777" w:rsidR="00655235" w:rsidRPr="00655235" w:rsidRDefault="00655235" w:rsidP="00655235">
      <w:pPr>
        <w:spacing w:after="0"/>
        <w:jc w:val="right"/>
        <w:rPr>
          <w:rFonts w:cs="Times New Roman"/>
          <w:lang w:val="it-IT"/>
        </w:rPr>
      </w:pPr>
      <w:r w:rsidRPr="00655235">
        <w:rPr>
          <w:rFonts w:cs="Times New Roman"/>
          <w:b/>
          <w:bCs/>
          <w:lang w:val="it-IT"/>
        </w:rPr>
        <w:t>VII Settore – Servizi Sociali</w:t>
      </w:r>
    </w:p>
    <w:p w14:paraId="58972842" w14:textId="13563BF3" w:rsidR="00655235" w:rsidRDefault="00655235" w:rsidP="00655235">
      <w:pPr>
        <w:spacing w:after="0"/>
        <w:jc w:val="right"/>
        <w:rPr>
          <w:rFonts w:cs="Times New Roman"/>
          <w:b/>
          <w:bCs/>
          <w:lang w:val="it-IT"/>
        </w:rPr>
      </w:pPr>
      <w:r w:rsidRPr="00655235">
        <w:rPr>
          <w:rFonts w:cs="Times New Roman"/>
          <w:b/>
          <w:bCs/>
          <w:lang w:val="it-IT"/>
        </w:rPr>
        <w:t xml:space="preserve">PEC: </w:t>
      </w:r>
      <w:hyperlink r:id="rId6" w:history="1">
        <w:r w:rsidRPr="003954F7">
          <w:rPr>
            <w:rStyle w:val="Collegamentoipertestuale"/>
            <w:rFonts w:cs="Times New Roman"/>
            <w:b/>
            <w:bCs/>
            <w:lang w:val="it-IT"/>
          </w:rPr>
          <w:t>protocollo.comune.pachino@pec.it</w:t>
        </w:r>
      </w:hyperlink>
    </w:p>
    <w:p w14:paraId="4D27ADC2" w14:textId="77777777" w:rsidR="00655235" w:rsidRPr="00655235" w:rsidRDefault="00655235" w:rsidP="00655235">
      <w:pPr>
        <w:spacing w:after="0"/>
        <w:jc w:val="right"/>
        <w:rPr>
          <w:rFonts w:cs="Times New Roman"/>
          <w:lang w:val="it-IT"/>
        </w:rPr>
      </w:pPr>
    </w:p>
    <w:p w14:paraId="39F056AD" w14:textId="77777777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Il/La sottoscritto/a _______________________________________, nato/a </w:t>
      </w:r>
      <w:proofErr w:type="spellStart"/>
      <w:r w:rsidRPr="00655235">
        <w:rPr>
          <w:rFonts w:cs="Times New Roman"/>
          <w:lang w:val="it-IT"/>
        </w:rPr>
        <w:t>a</w:t>
      </w:r>
      <w:proofErr w:type="spellEnd"/>
      <w:r w:rsidRPr="00655235">
        <w:rPr>
          <w:rFonts w:cs="Times New Roman"/>
          <w:lang w:val="it-IT"/>
        </w:rPr>
        <w:t xml:space="preserve"> ______________________________ il ________________, residente in _____________________________________________, prov. ________, Codice Fiscale _____________________________________________,</w:t>
      </w:r>
    </w:p>
    <w:p w14:paraId="5439F780" w14:textId="77777777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>in qualità di Legale Rappresentante dell’Ente:</w:t>
      </w:r>
    </w:p>
    <w:p w14:paraId="4ED8BC5F" w14:textId="77777777" w:rsidR="00655235" w:rsidRPr="00655235" w:rsidRDefault="00655235" w:rsidP="00655235">
      <w:pPr>
        <w:numPr>
          <w:ilvl w:val="0"/>
          <w:numId w:val="15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Ente del Terzo Settore iscritto al RUNTS</w:t>
      </w:r>
    </w:p>
    <w:p w14:paraId="6BBF5E4D" w14:textId="77777777" w:rsidR="00655235" w:rsidRPr="00655235" w:rsidRDefault="00655235" w:rsidP="00655235">
      <w:pPr>
        <w:numPr>
          <w:ilvl w:val="0"/>
          <w:numId w:val="15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Cooperativa sociale / Impresa sociale</w:t>
      </w:r>
    </w:p>
    <w:p w14:paraId="2791AF5A" w14:textId="77777777" w:rsidR="00655235" w:rsidRPr="00655235" w:rsidRDefault="00655235" w:rsidP="00655235">
      <w:pPr>
        <w:numPr>
          <w:ilvl w:val="0"/>
          <w:numId w:val="15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Organismo specializzato nelle disabilità sensoriali (es. E.N.S., U.I.C.I., ecc.) in possesso della qualifica di E.T.S.</w:t>
      </w:r>
    </w:p>
    <w:p w14:paraId="1B00E172" w14:textId="77777777" w:rsidR="00655235" w:rsidRPr="00655235" w:rsidRDefault="00655235" w:rsidP="00655235">
      <w:pPr>
        <w:numPr>
          <w:ilvl w:val="0"/>
          <w:numId w:val="15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Altra tipologia di soggetto senza scopo di lucro regolarmente iscritto ai registri regionali/nazionali di settore.</w:t>
      </w:r>
    </w:p>
    <w:p w14:paraId="0BD58C69" w14:textId="77777777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>denominazione ___________________________________________, con sede legale in _______________________________________, Codice Fiscale / P. IVA ____________________________________, PEC _______________________________________, telefono _______________________________________,</w:t>
      </w:r>
    </w:p>
    <w:p w14:paraId="532D1097" w14:textId="77777777" w:rsidR="00CA1050" w:rsidRDefault="00CA1050" w:rsidP="00A654F3">
      <w:pPr>
        <w:spacing w:after="0"/>
        <w:jc w:val="center"/>
        <w:rPr>
          <w:rFonts w:cs="Times New Roman"/>
          <w:b/>
          <w:bCs/>
          <w:lang w:val="it-IT"/>
        </w:rPr>
      </w:pPr>
    </w:p>
    <w:p w14:paraId="1A786240" w14:textId="65ED1435" w:rsidR="00655235" w:rsidRPr="00655235" w:rsidRDefault="00655235" w:rsidP="00A654F3">
      <w:pPr>
        <w:spacing w:after="0"/>
        <w:jc w:val="center"/>
        <w:rPr>
          <w:rFonts w:cs="Times New Roman"/>
          <w:lang w:val="it-IT"/>
        </w:rPr>
      </w:pPr>
      <w:r w:rsidRPr="00655235">
        <w:rPr>
          <w:rFonts w:cs="Times New Roman"/>
          <w:b/>
          <w:bCs/>
          <w:lang w:val="it-IT"/>
        </w:rPr>
        <w:t>CHIEDE</w:t>
      </w:r>
    </w:p>
    <w:p w14:paraId="175DFD61" w14:textId="3B9C0A01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l’accreditamento ai fini dell’erogazione del servizio di </w:t>
      </w:r>
      <w:r w:rsidRPr="00655235">
        <w:rPr>
          <w:rFonts w:cs="Times New Roman"/>
          <w:b/>
          <w:bCs/>
          <w:lang w:val="it-IT"/>
        </w:rPr>
        <w:t>Assistenza per l’Autonomia e la Comunicazione (AS.A.COM.)</w:t>
      </w:r>
      <w:r w:rsidRPr="00655235">
        <w:rPr>
          <w:rFonts w:cs="Times New Roman"/>
          <w:lang w:val="it-IT"/>
        </w:rPr>
        <w:t xml:space="preserve"> in ambito scolastico, per il biennio scolastico </w:t>
      </w:r>
      <w:r w:rsidR="00B634E2">
        <w:rPr>
          <w:rFonts w:cs="Times New Roman"/>
          <w:lang w:val="it-IT"/>
        </w:rPr>
        <w:t>2026/27-2027/28</w:t>
      </w:r>
      <w:r w:rsidRPr="00655235">
        <w:rPr>
          <w:rFonts w:cs="Times New Roman"/>
          <w:lang w:val="it-IT"/>
        </w:rPr>
        <w:t xml:space="preserve">, ai sensi dell’Avviso pubblico approvato dal Comune di Pachino – VII Settore Servizi Sociali. </w:t>
      </w:r>
    </w:p>
    <w:p w14:paraId="0BCE3AB3" w14:textId="77777777" w:rsidR="00655235" w:rsidRPr="00655235" w:rsidRDefault="00655235" w:rsidP="00655235">
      <w:pPr>
        <w:spacing w:after="0"/>
        <w:jc w:val="both"/>
        <w:rPr>
          <w:rFonts w:cs="Times New Roman"/>
          <w:b/>
          <w:bCs/>
          <w:lang w:val="it-IT"/>
        </w:rPr>
      </w:pPr>
      <w:r w:rsidRPr="00655235">
        <w:rPr>
          <w:rFonts w:cs="Times New Roman"/>
          <w:b/>
          <w:bCs/>
          <w:lang w:val="it-IT"/>
        </w:rPr>
        <w:t>1. DICHIARAZIONI SUI REQUISITI</w:t>
      </w:r>
    </w:p>
    <w:p w14:paraId="01AE8AF2" w14:textId="77777777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>Il sottoscritto dichiara:</w:t>
      </w:r>
    </w:p>
    <w:p w14:paraId="201515F2" w14:textId="77777777" w:rsidR="00655235" w:rsidRPr="00655235" w:rsidRDefault="00655235" w:rsidP="00655235">
      <w:pPr>
        <w:numPr>
          <w:ilvl w:val="0"/>
          <w:numId w:val="16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di essere in possesso dei requisiti generali di cui agli artt. 94 e ss. del </w:t>
      </w:r>
      <w:proofErr w:type="spellStart"/>
      <w:r w:rsidRPr="00655235">
        <w:rPr>
          <w:rFonts w:cs="Times New Roman"/>
          <w:lang w:val="it-IT"/>
        </w:rPr>
        <w:t>D.Lgs.</w:t>
      </w:r>
      <w:proofErr w:type="spellEnd"/>
      <w:r w:rsidRPr="00655235">
        <w:rPr>
          <w:rFonts w:cs="Times New Roman"/>
          <w:lang w:val="it-IT"/>
        </w:rPr>
        <w:t xml:space="preserve"> 36/2023; </w:t>
      </w:r>
    </w:p>
    <w:p w14:paraId="63F7A8F3" w14:textId="77777777" w:rsidR="00655235" w:rsidRPr="00655235" w:rsidRDefault="00655235" w:rsidP="00655235">
      <w:pPr>
        <w:numPr>
          <w:ilvl w:val="0"/>
          <w:numId w:val="16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di essere regolarmente </w:t>
      </w:r>
      <w:r w:rsidRPr="00655235">
        <w:rPr>
          <w:rFonts w:cs="Times New Roman"/>
          <w:b/>
          <w:bCs/>
          <w:lang w:val="it-IT"/>
        </w:rPr>
        <w:t>iscritto all’Albo Regionale (L.R. 22/1986)</w:t>
      </w:r>
      <w:r w:rsidRPr="00655235">
        <w:rPr>
          <w:rFonts w:cs="Times New Roman"/>
          <w:lang w:val="it-IT"/>
        </w:rPr>
        <w:t xml:space="preserve"> nella sezione </w:t>
      </w:r>
      <w:r w:rsidRPr="00655235">
        <w:rPr>
          <w:rFonts w:cs="Times New Roman"/>
          <w:b/>
          <w:bCs/>
          <w:lang w:val="it-IT"/>
        </w:rPr>
        <w:t>Minori</w:t>
      </w:r>
      <w:r w:rsidRPr="00655235">
        <w:rPr>
          <w:rFonts w:cs="Times New Roman"/>
          <w:lang w:val="it-IT"/>
        </w:rPr>
        <w:t xml:space="preserve"> e/o </w:t>
      </w:r>
      <w:r w:rsidRPr="00655235">
        <w:rPr>
          <w:rFonts w:cs="Times New Roman"/>
          <w:b/>
          <w:bCs/>
          <w:lang w:val="it-IT"/>
        </w:rPr>
        <w:t>Disabili</w:t>
      </w:r>
      <w:r w:rsidRPr="00655235">
        <w:rPr>
          <w:rFonts w:cs="Times New Roman"/>
          <w:lang w:val="it-IT"/>
        </w:rPr>
        <w:t xml:space="preserve">, tipologia pertinente al servizio richiesto; </w:t>
      </w:r>
    </w:p>
    <w:p w14:paraId="2F19606C" w14:textId="77777777" w:rsidR="00655235" w:rsidRPr="00655235" w:rsidRDefault="00655235" w:rsidP="00655235">
      <w:pPr>
        <w:numPr>
          <w:ilvl w:val="0"/>
          <w:numId w:val="16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di essere in regola con gli obblighi contributivi, previdenziali e fiscali; </w:t>
      </w:r>
    </w:p>
    <w:p w14:paraId="7B94E985" w14:textId="77777777" w:rsidR="00655235" w:rsidRPr="00655235" w:rsidRDefault="00655235" w:rsidP="00655235">
      <w:pPr>
        <w:numPr>
          <w:ilvl w:val="0"/>
          <w:numId w:val="16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di applicare ai propri dipendenti il CCNL di settore; </w:t>
      </w:r>
    </w:p>
    <w:p w14:paraId="1ACF8ECD" w14:textId="77777777" w:rsidR="00655235" w:rsidRPr="00655235" w:rsidRDefault="00655235" w:rsidP="00655235">
      <w:pPr>
        <w:numPr>
          <w:ilvl w:val="0"/>
          <w:numId w:val="16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di aver svolto il servizio AS.A.COM. o servizi analoghi per almeno due anni nel periodo antecedente la pubblicazione dell’Avviso; </w:t>
      </w:r>
    </w:p>
    <w:p w14:paraId="27A60F23" w14:textId="77777777" w:rsidR="00655235" w:rsidRPr="00655235" w:rsidRDefault="00655235" w:rsidP="00655235">
      <w:pPr>
        <w:numPr>
          <w:ilvl w:val="0"/>
          <w:numId w:val="16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lastRenderedPageBreak/>
        <w:t xml:space="preserve">che l'Ente dispone (o si impegna a disporre) di personale qualificato (Profilo Base, LIS, Braille) in possesso dei titoli previsti e dell'assenza di condanne per reati contro i minori (Certificato Antipedofilia). </w:t>
      </w:r>
    </w:p>
    <w:p w14:paraId="289F8231" w14:textId="21BFF952" w:rsidR="00655235" w:rsidRPr="00655235" w:rsidRDefault="00655235" w:rsidP="00655235">
      <w:pPr>
        <w:spacing w:after="0"/>
        <w:jc w:val="both"/>
        <w:rPr>
          <w:rFonts w:cs="Times New Roman"/>
          <w:b/>
          <w:bCs/>
          <w:lang w:val="it-IT"/>
        </w:rPr>
      </w:pPr>
      <w:r w:rsidRPr="00655235">
        <w:rPr>
          <w:rFonts w:cs="Times New Roman"/>
          <w:b/>
          <w:bCs/>
          <w:lang w:val="it-IT"/>
        </w:rPr>
        <w:t>2. SEZIONE ANTIMAFIA (D.LGS. 159/2011)</w:t>
      </w:r>
    </w:p>
    <w:p w14:paraId="11B14109" w14:textId="77777777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b/>
          <w:bCs/>
          <w:lang w:val="it-IT"/>
        </w:rPr>
        <w:t>2.1 Dati del soggetto giuridico:</w:t>
      </w:r>
    </w:p>
    <w:p w14:paraId="5818BC07" w14:textId="658736FC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>Denominazione: __________________________________________________________</w:t>
      </w:r>
    </w:p>
    <w:p w14:paraId="47F23681" w14:textId="77777777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>Sede legale e operativa: ____________________________________________________</w:t>
      </w:r>
    </w:p>
    <w:p w14:paraId="3221C429" w14:textId="77777777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b/>
          <w:bCs/>
          <w:lang w:val="it-IT"/>
        </w:rPr>
        <w:t xml:space="preserve">2.2 Amministratori / Componenti del </w:t>
      </w:r>
      <w:proofErr w:type="spellStart"/>
      <w:r w:rsidRPr="00655235">
        <w:rPr>
          <w:rFonts w:cs="Times New Roman"/>
          <w:b/>
          <w:bCs/>
          <w:lang w:val="it-IT"/>
        </w:rPr>
        <w:t>CdA</w:t>
      </w:r>
      <w:proofErr w:type="spellEnd"/>
      <w:r w:rsidRPr="00655235">
        <w:rPr>
          <w:rFonts w:cs="Times New Roman"/>
          <w:b/>
          <w:bCs/>
          <w:lang w:val="it-IT"/>
        </w:rPr>
        <w:t xml:space="preserve"> / Soci con poteri di firma:</w:t>
      </w:r>
    </w:p>
    <w:p w14:paraId="546F35CE" w14:textId="77777777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(ai sensi degli artt. 85 e 86 del </w:t>
      </w:r>
      <w:proofErr w:type="spellStart"/>
      <w:r w:rsidRPr="00655235">
        <w:rPr>
          <w:rFonts w:cs="Times New Roman"/>
          <w:lang w:val="it-IT"/>
        </w:rPr>
        <w:t>D.Lgs</w:t>
      </w:r>
      <w:proofErr w:type="spellEnd"/>
      <w:r w:rsidRPr="00655235">
        <w:rPr>
          <w:rFonts w:cs="Times New Roman"/>
          <w:lang w:val="it-IT"/>
        </w:rPr>
        <w:t xml:space="preserve"> 159/2011)</w:t>
      </w:r>
    </w:p>
    <w:p w14:paraId="497002AB" w14:textId="77777777" w:rsidR="00655235" w:rsidRPr="00655235" w:rsidRDefault="00655235" w:rsidP="00655235">
      <w:pPr>
        <w:numPr>
          <w:ilvl w:val="0"/>
          <w:numId w:val="17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>__________________________________________________________________________</w:t>
      </w:r>
    </w:p>
    <w:p w14:paraId="69232400" w14:textId="77777777" w:rsidR="00655235" w:rsidRPr="00655235" w:rsidRDefault="00655235" w:rsidP="00655235">
      <w:pPr>
        <w:numPr>
          <w:ilvl w:val="0"/>
          <w:numId w:val="17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>__________________________________________________________________________</w:t>
      </w:r>
    </w:p>
    <w:p w14:paraId="0428F197" w14:textId="77777777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b/>
          <w:bCs/>
          <w:lang w:val="it-IT"/>
        </w:rPr>
        <w:t>2.3 Dichiarazione sostitutiva antimafia:</w:t>
      </w:r>
      <w:r w:rsidRPr="00655235">
        <w:rPr>
          <w:rFonts w:cs="Times New Roman"/>
          <w:lang w:val="it-IT"/>
        </w:rPr>
        <w:t xml:space="preserve"> Il/La sottoscritto/a dichiara che non sussistono cause di divieto, decadenza o sospensione di cui all’art. 67 del </w:t>
      </w:r>
      <w:proofErr w:type="spellStart"/>
      <w:r w:rsidRPr="00655235">
        <w:rPr>
          <w:rFonts w:cs="Times New Roman"/>
          <w:lang w:val="it-IT"/>
        </w:rPr>
        <w:t>D.Lgs</w:t>
      </w:r>
      <w:proofErr w:type="spellEnd"/>
      <w:r w:rsidRPr="00655235">
        <w:rPr>
          <w:rFonts w:cs="Times New Roman"/>
          <w:lang w:val="it-IT"/>
        </w:rPr>
        <w:t xml:space="preserve"> 159/2011 nei confronti dell’Ente, del Legale Rappresentante e di tutti i soggetti sopra indicati. </w:t>
      </w:r>
    </w:p>
    <w:p w14:paraId="31C8DC50" w14:textId="77777777" w:rsidR="00655235" w:rsidRPr="00655235" w:rsidRDefault="00655235" w:rsidP="00655235">
      <w:pPr>
        <w:spacing w:after="0"/>
        <w:jc w:val="both"/>
        <w:rPr>
          <w:rFonts w:cs="Times New Roman"/>
          <w:b/>
          <w:bCs/>
          <w:lang w:val="it-IT"/>
        </w:rPr>
      </w:pPr>
      <w:r w:rsidRPr="00655235">
        <w:rPr>
          <w:rFonts w:cs="Times New Roman"/>
          <w:b/>
          <w:bCs/>
          <w:lang w:val="it-IT"/>
        </w:rPr>
        <w:t>3. DOCUMENTAZIONE ALLEGATA</w:t>
      </w:r>
    </w:p>
    <w:p w14:paraId="01B8B438" w14:textId="77777777" w:rsidR="00655235" w:rsidRPr="00655235" w:rsidRDefault="00655235" w:rsidP="00655235">
      <w:pPr>
        <w:numPr>
          <w:ilvl w:val="0"/>
          <w:numId w:val="18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Documento di identità del Legale Rappresentante </w:t>
      </w:r>
    </w:p>
    <w:p w14:paraId="25E682F1" w14:textId="77777777" w:rsidR="00655235" w:rsidRPr="00655235" w:rsidRDefault="00655235" w:rsidP="00655235">
      <w:pPr>
        <w:numPr>
          <w:ilvl w:val="0"/>
          <w:numId w:val="18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Atto costitutivo e Statuto </w:t>
      </w:r>
    </w:p>
    <w:p w14:paraId="173A0CAE" w14:textId="77777777" w:rsidR="00655235" w:rsidRPr="00A654F3" w:rsidRDefault="00655235" w:rsidP="00655235">
      <w:pPr>
        <w:numPr>
          <w:ilvl w:val="0"/>
          <w:numId w:val="18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</w:t>
      </w:r>
      <w:r w:rsidRPr="00A654F3">
        <w:rPr>
          <w:rFonts w:cs="Times New Roman"/>
          <w:lang w:val="it-IT"/>
        </w:rPr>
        <w:t>Certificato di iscrizione all’Albo Regionale (L.R. 22/1986)</w:t>
      </w:r>
    </w:p>
    <w:p w14:paraId="29053160" w14:textId="77777777" w:rsidR="00655235" w:rsidRPr="00655235" w:rsidRDefault="00655235" w:rsidP="00655235">
      <w:pPr>
        <w:numPr>
          <w:ilvl w:val="0"/>
          <w:numId w:val="18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Copia del certificato di iscrizione al RUNTS o Registro Regionale Cooperative Sociali </w:t>
      </w:r>
    </w:p>
    <w:p w14:paraId="4743F243" w14:textId="1927AA61" w:rsidR="00655235" w:rsidRDefault="00655235" w:rsidP="00655235">
      <w:pPr>
        <w:numPr>
          <w:ilvl w:val="0"/>
          <w:numId w:val="18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</w:t>
      </w:r>
      <w:r w:rsidR="00A654F3" w:rsidRPr="00A654F3">
        <w:rPr>
          <w:rFonts w:cs="Times New Roman"/>
          <w:lang w:val="it-IT"/>
        </w:rPr>
        <w:t>V</w:t>
      </w:r>
      <w:r w:rsidR="00A654F3">
        <w:rPr>
          <w:rFonts w:cs="Times New Roman"/>
          <w:lang w:val="it-IT"/>
        </w:rPr>
        <w:t>isura Camerale.</w:t>
      </w:r>
    </w:p>
    <w:p w14:paraId="182E3DEC" w14:textId="536C92CC" w:rsidR="00F82C4B" w:rsidRDefault="00F82C4B" w:rsidP="00F82C4B">
      <w:pPr>
        <w:numPr>
          <w:ilvl w:val="0"/>
          <w:numId w:val="18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</w:t>
      </w:r>
      <w:r>
        <w:rPr>
          <w:rFonts w:cs="Times New Roman"/>
          <w:lang w:val="it-IT"/>
        </w:rPr>
        <w:t>Carta dei Servizi</w:t>
      </w:r>
    </w:p>
    <w:p w14:paraId="14B1CBA2" w14:textId="77777777" w:rsidR="00655235" w:rsidRPr="00655235" w:rsidRDefault="00655235" w:rsidP="00655235">
      <w:pPr>
        <w:numPr>
          <w:ilvl w:val="0"/>
          <w:numId w:val="18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Documentazione attestante l’esperienza biennale maturata </w:t>
      </w:r>
    </w:p>
    <w:p w14:paraId="03DDD0C9" w14:textId="77777777" w:rsidR="00655235" w:rsidRPr="00655235" w:rsidRDefault="00655235" w:rsidP="00655235">
      <w:pPr>
        <w:numPr>
          <w:ilvl w:val="0"/>
          <w:numId w:val="18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Elenco operatori AS.A.COM. con relativi titoli e qualifiche </w:t>
      </w:r>
    </w:p>
    <w:p w14:paraId="6F9F54B5" w14:textId="77777777" w:rsidR="00655235" w:rsidRPr="00655235" w:rsidRDefault="00655235" w:rsidP="00655235">
      <w:pPr>
        <w:numPr>
          <w:ilvl w:val="0"/>
          <w:numId w:val="18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Polizza assicurativa R.C. verso terzi </w:t>
      </w:r>
    </w:p>
    <w:p w14:paraId="4E818B9B" w14:textId="77777777" w:rsidR="00655235" w:rsidRPr="00655235" w:rsidRDefault="00655235" w:rsidP="00655235">
      <w:pPr>
        <w:numPr>
          <w:ilvl w:val="0"/>
          <w:numId w:val="18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ascii="Segoe UI Symbol" w:hAnsi="Segoe UI Symbol" w:cs="Segoe UI Symbol"/>
          <w:lang w:val="it-IT"/>
        </w:rPr>
        <w:t>☐</w:t>
      </w:r>
      <w:r w:rsidRPr="00655235">
        <w:rPr>
          <w:rFonts w:cs="Times New Roman"/>
          <w:lang w:val="it-IT"/>
        </w:rPr>
        <w:t xml:space="preserve"> Protocollo di legalità </w:t>
      </w:r>
    </w:p>
    <w:p w14:paraId="5AD589DB" w14:textId="77777777" w:rsidR="00655235" w:rsidRPr="00655235" w:rsidRDefault="00655235" w:rsidP="00655235">
      <w:pPr>
        <w:spacing w:after="0"/>
        <w:jc w:val="both"/>
        <w:rPr>
          <w:rFonts w:cs="Times New Roman"/>
          <w:b/>
          <w:bCs/>
          <w:lang w:val="it-IT"/>
        </w:rPr>
      </w:pPr>
      <w:r w:rsidRPr="00655235">
        <w:rPr>
          <w:rFonts w:cs="Times New Roman"/>
          <w:b/>
          <w:bCs/>
          <w:lang w:val="it-IT"/>
        </w:rPr>
        <w:t>4. IMPEGNI DELL’ENTE</w:t>
      </w:r>
    </w:p>
    <w:p w14:paraId="4D167A83" w14:textId="77777777" w:rsidR="00655235" w:rsidRPr="00655235" w:rsidRDefault="00655235" w:rsidP="00655235">
      <w:p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>L’Ente si impegna a:</w:t>
      </w:r>
    </w:p>
    <w:p w14:paraId="7266D944" w14:textId="77777777" w:rsidR="00655235" w:rsidRPr="00655235" w:rsidRDefault="00655235" w:rsidP="00655235">
      <w:pPr>
        <w:numPr>
          <w:ilvl w:val="0"/>
          <w:numId w:val="19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Mantenere i requisiti dichiarati per tutta la durata dell’accreditamento. </w:t>
      </w:r>
    </w:p>
    <w:p w14:paraId="6EA9F232" w14:textId="77777777" w:rsidR="00655235" w:rsidRPr="00655235" w:rsidRDefault="00655235" w:rsidP="00655235">
      <w:pPr>
        <w:numPr>
          <w:ilvl w:val="0"/>
          <w:numId w:val="19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Comunicare tempestivamente ogni variazione rilevante. </w:t>
      </w:r>
    </w:p>
    <w:p w14:paraId="08BD68F8" w14:textId="77777777" w:rsidR="00655235" w:rsidRPr="00655235" w:rsidRDefault="00655235" w:rsidP="00655235">
      <w:pPr>
        <w:numPr>
          <w:ilvl w:val="0"/>
          <w:numId w:val="19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Consentire controlli e verifiche da parte del Comune, anche senza preavviso. </w:t>
      </w:r>
    </w:p>
    <w:p w14:paraId="6570AEDC" w14:textId="77777777" w:rsidR="00655235" w:rsidRPr="00655235" w:rsidRDefault="00655235" w:rsidP="00655235">
      <w:pPr>
        <w:numPr>
          <w:ilvl w:val="0"/>
          <w:numId w:val="19"/>
        </w:numPr>
        <w:spacing w:after="0"/>
        <w:jc w:val="both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 xml:space="preserve">Erogare il servizio in raccordo con scuola, famiglia e Servizi Sociali nel rispetto del PEI. </w:t>
      </w:r>
    </w:p>
    <w:p w14:paraId="2EF113AD" w14:textId="77777777" w:rsidR="00655235" w:rsidRPr="00655235" w:rsidRDefault="00655235" w:rsidP="00655235">
      <w:pPr>
        <w:spacing w:after="0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>Luogo e data ________________________________</w:t>
      </w:r>
    </w:p>
    <w:p w14:paraId="40C26488" w14:textId="77777777" w:rsidR="00CA1050" w:rsidRDefault="00CA1050" w:rsidP="00655235">
      <w:pPr>
        <w:spacing w:after="0"/>
        <w:jc w:val="right"/>
        <w:rPr>
          <w:rFonts w:cs="Times New Roman"/>
          <w:b/>
          <w:bCs/>
          <w:lang w:val="it-IT"/>
        </w:rPr>
      </w:pPr>
    </w:p>
    <w:p w14:paraId="718CA0F2" w14:textId="02E25ACF" w:rsidR="00655235" w:rsidRPr="00655235" w:rsidRDefault="00655235" w:rsidP="00655235">
      <w:pPr>
        <w:spacing w:after="0"/>
        <w:jc w:val="right"/>
        <w:rPr>
          <w:rFonts w:cs="Times New Roman"/>
          <w:lang w:val="it-IT"/>
        </w:rPr>
      </w:pPr>
      <w:r w:rsidRPr="00655235">
        <w:rPr>
          <w:rFonts w:cs="Times New Roman"/>
          <w:b/>
          <w:bCs/>
          <w:lang w:val="it-IT"/>
        </w:rPr>
        <w:t>Firma del Legale Rappresentante</w:t>
      </w:r>
    </w:p>
    <w:p w14:paraId="31359F7A" w14:textId="71AF9977" w:rsidR="00655235" w:rsidRPr="00655235" w:rsidRDefault="00655235" w:rsidP="00655235">
      <w:pPr>
        <w:spacing w:after="0"/>
        <w:jc w:val="right"/>
        <w:rPr>
          <w:rFonts w:cs="Times New Roman"/>
          <w:lang w:val="it-IT"/>
        </w:rPr>
      </w:pPr>
      <w:r w:rsidRPr="00655235">
        <w:rPr>
          <w:rFonts w:cs="Times New Roman"/>
          <w:lang w:val="it-IT"/>
        </w:rPr>
        <w:t>___________________________________________</w:t>
      </w:r>
    </w:p>
    <w:sectPr w:rsidR="00655235" w:rsidRPr="00655235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14E0E1A"/>
    <w:multiLevelType w:val="multilevel"/>
    <w:tmpl w:val="50903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9725D03"/>
    <w:multiLevelType w:val="multilevel"/>
    <w:tmpl w:val="ECF28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E2E7465"/>
    <w:multiLevelType w:val="multilevel"/>
    <w:tmpl w:val="202EC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5B72660"/>
    <w:multiLevelType w:val="multilevel"/>
    <w:tmpl w:val="E99C8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F785626"/>
    <w:multiLevelType w:val="multilevel"/>
    <w:tmpl w:val="7BBECB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DB2CC5"/>
    <w:multiLevelType w:val="multilevel"/>
    <w:tmpl w:val="5726C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E8400B3"/>
    <w:multiLevelType w:val="multilevel"/>
    <w:tmpl w:val="1B586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2585E14"/>
    <w:multiLevelType w:val="multilevel"/>
    <w:tmpl w:val="E806C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25EE0"/>
    <w:multiLevelType w:val="multilevel"/>
    <w:tmpl w:val="07F49B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6DD5265"/>
    <w:multiLevelType w:val="multilevel"/>
    <w:tmpl w:val="41E083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72100144">
    <w:abstractNumId w:val="8"/>
  </w:num>
  <w:num w:numId="2" w16cid:durableId="1849369268">
    <w:abstractNumId w:val="6"/>
  </w:num>
  <w:num w:numId="3" w16cid:durableId="834733747">
    <w:abstractNumId w:val="5"/>
  </w:num>
  <w:num w:numId="4" w16cid:durableId="204218220">
    <w:abstractNumId w:val="4"/>
  </w:num>
  <w:num w:numId="5" w16cid:durableId="580406969">
    <w:abstractNumId w:val="7"/>
  </w:num>
  <w:num w:numId="6" w16cid:durableId="38356994">
    <w:abstractNumId w:val="3"/>
  </w:num>
  <w:num w:numId="7" w16cid:durableId="1183013328">
    <w:abstractNumId w:val="2"/>
  </w:num>
  <w:num w:numId="8" w16cid:durableId="1523936481">
    <w:abstractNumId w:val="1"/>
  </w:num>
  <w:num w:numId="9" w16cid:durableId="1576236514">
    <w:abstractNumId w:val="0"/>
  </w:num>
  <w:num w:numId="10" w16cid:durableId="418334005">
    <w:abstractNumId w:val="10"/>
  </w:num>
  <w:num w:numId="11" w16cid:durableId="1591161102">
    <w:abstractNumId w:val="16"/>
  </w:num>
  <w:num w:numId="12" w16cid:durableId="1669869518">
    <w:abstractNumId w:val="13"/>
  </w:num>
  <w:num w:numId="13" w16cid:durableId="544417029">
    <w:abstractNumId w:val="11"/>
  </w:num>
  <w:num w:numId="14" w16cid:durableId="1532449422">
    <w:abstractNumId w:val="17"/>
  </w:num>
  <w:num w:numId="15" w16cid:durableId="313721099">
    <w:abstractNumId w:val="9"/>
  </w:num>
  <w:num w:numId="16" w16cid:durableId="1913155248">
    <w:abstractNumId w:val="15"/>
  </w:num>
  <w:num w:numId="17" w16cid:durableId="1643735989">
    <w:abstractNumId w:val="12"/>
  </w:num>
  <w:num w:numId="18" w16cid:durableId="1030229605">
    <w:abstractNumId w:val="14"/>
  </w:num>
  <w:num w:numId="19" w16cid:durableId="209285010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0B3FB9"/>
    <w:rsid w:val="000D7D2C"/>
    <w:rsid w:val="00115FEC"/>
    <w:rsid w:val="0015074B"/>
    <w:rsid w:val="002102DE"/>
    <w:rsid w:val="00225E4A"/>
    <w:rsid w:val="0029639D"/>
    <w:rsid w:val="00326F90"/>
    <w:rsid w:val="003A6141"/>
    <w:rsid w:val="003D5BA4"/>
    <w:rsid w:val="004D227C"/>
    <w:rsid w:val="00563CAA"/>
    <w:rsid w:val="00655235"/>
    <w:rsid w:val="006F51E1"/>
    <w:rsid w:val="00956FED"/>
    <w:rsid w:val="009B517C"/>
    <w:rsid w:val="00A654F3"/>
    <w:rsid w:val="00AA1D8D"/>
    <w:rsid w:val="00B47730"/>
    <w:rsid w:val="00B634E2"/>
    <w:rsid w:val="00BA1AB6"/>
    <w:rsid w:val="00C22AB3"/>
    <w:rsid w:val="00C834C6"/>
    <w:rsid w:val="00CA1050"/>
    <w:rsid w:val="00CB0664"/>
    <w:rsid w:val="00D54254"/>
    <w:rsid w:val="00F23329"/>
    <w:rsid w:val="00F6760F"/>
    <w:rsid w:val="00F82C4B"/>
    <w:rsid w:val="00FA4B4F"/>
    <w:rsid w:val="00FC693F"/>
    <w:rsid w:val="00FE5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B5CCB16"/>
  <w14:defaultImageDpi w14:val="300"/>
  <w15:docId w15:val="{5CFD3BC7-E6E1-448B-B480-CC866A632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  <w:rPr>
      <w:rFonts w:ascii="Times New Roman" w:hAnsi="Times New Roman"/>
      <w:sz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NormaleWeb">
    <w:name w:val="Normal (Web)"/>
    <w:basedOn w:val="Normale"/>
    <w:uiPriority w:val="99"/>
    <w:semiHidden/>
    <w:unhideWhenUsed/>
    <w:rsid w:val="00F6760F"/>
    <w:rPr>
      <w:rFonts w:cs="Times New Roman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225E4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5E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rotocollo.comune.pachino@pec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586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Micciulla</dc:creator>
  <cp:keywords/>
  <dc:description>generated by python-docx</dc:description>
  <cp:lastModifiedBy>user</cp:lastModifiedBy>
  <cp:revision>15</cp:revision>
  <dcterms:created xsi:type="dcterms:W3CDTF">2026-05-02T21:25:00Z</dcterms:created>
  <dcterms:modified xsi:type="dcterms:W3CDTF">2026-05-26T08:40:00Z</dcterms:modified>
  <cp:category/>
</cp:coreProperties>
</file>